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 w:val="0"/>
          <w:rFonts w:ascii="Arial" w:hAnsi="Arial" w:cs="Arial"/>
          <w:sz w:val="96"/>
          <w:rtl/>
          <w:szCs w:val="96"/>
        </w:rPr>
        <w:t>🃏</w:t>
      </w:r>
    </w:p>
    <w:p>
      <w:pPr>
        <w:bidi/>
        <w:jc w:val="center"/>
      </w:pPr>
      <w:r>
        <w:rPr>
          <w:b/>
          <w:rFonts w:ascii="Arial" w:hAnsi="Arial" w:cs="Arial"/>
          <w:color w:val="5B2A86"/>
          <w:sz w:val="48"/>
          <w:rtl/>
          <w:bCs/>
          <w:szCs w:val="48"/>
        </w:rPr>
        <w:t>כרטיסי שיח ומונחון</w:t>
      </w:r>
    </w:p>
    <w:p>
      <w:pPr>
        <w:bidi/>
        <w:jc w:val="center"/>
      </w:pPr>
      <w:r>
        <w:rPr>
          <w:b w:val="0"/>
          <w:rFonts w:ascii="Arial" w:hAnsi="Arial" w:cs="Arial"/>
          <w:rtl/>
        </w:rPr>
        <w:t>ספרות לכיתה ז׳ – מסע ביצירות</w:t>
      </w:r>
    </w:p>
    <w:p>
      <w:pPr>
        <w:bidi/>
        <w:jc w:val="center"/>
      </w:pPr>
      <w:r>
        <w:rPr>
          <w:b w:val="0"/>
          <w:rFonts w:ascii="Arial" w:hAnsi="Arial" w:cs="Arial"/>
          <w:rtl/>
        </w:rPr>
        <w:t>יצרה: רוית ראש בן ישי</w:t>
      </w:r>
    </w:p>
    <w:p>
      <w:r>
        <w:br w:type="page"/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מהדורה למורה – איך משתמשים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מדפיסים, גוזרים ומחלקים לקבוצות. כל קבוצה שולפת כרטיס, קוראת בקול ומשוחחת 3 דקות. השיתוף בבחירה.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כרטיסי שיח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יצירה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שאלה לשיחה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📖 בעיני ילד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מתי מותר ומתי כדאי לומר את האמת גם כשהיא לא נוחה למבוגרים?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📖 בשל תפוחים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האם כוונה טובה יכולה להצדיק מעשה לא נכון?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🧙 השייח' הפיקח מוציא לאור משפט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"ידיים נקיות" הוא ביטוי ליושר. מה המשמעות של הביטוי בסיפור הזה, שבו דווקא הידיים הנקיות מסגירות את האשם?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🧙 גראם פחות גראם יותר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האם מי שחתם על הסכם חייב לעמוד בו בכל מחיר?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🎻 שלושה בני עורב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 ההבדל בין נאמנות של בעלי חיים לנאמנות של אנשים?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🎻 לורד רנדל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למה לדעתכם הבלדה הזאת שרדה מאות שנים ועדיין מושרת?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🌿 אומץ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מהו בעיניכם אומץ: לא לפחד בכלל, או לפחד ולהמשיך בכל זאת?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🌿 יש פרחים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איך לדעתכם אפשר לשמור על זיכרון של אנשים ומקומות? מה הכי מתאים לכם – שיר, סיפור, טקס, מקום?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🕯️ אגדה על הילדים שנדדו ביערות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 פירוש להיות "אח גדול" או "אחות גדולה" למישהו – גם מחוץ למשפחה?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🕯️ הפרפר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 נותן לאדם תקווה ברגעים קשים? האם דבר קטן כמו פרח או פרפר יכול לעזור?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🌹 אליפלט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 ההבדל בין אומץ של מי שמחשב את הסיכון לבין אומץ של מי שפועל מתוך לב תמים?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🌹 לנשמת רע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למה לפעמים קשה לנו לומר לאנשים קרובים כמה הם חשובים לנו?</w:t>
            </w:r>
          </w:p>
        </w:tc>
      </w:tr>
    </w:tbl>
    <w:p>
      <w:r>
        <w:br w:type="page"/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מונחון ספרותי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מונח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הסבר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דמות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אדם, בעל חיים או יצור שפועל ביצירה; לדמות יש תכונות, רצונות ומניעים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מספר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הקול שמספר את הסיפור; יכול להיות דמות בסיפור (גוף ראשון) או קול מחוץ לסיפור (גוף שלישי)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נקודת תצפית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מבעד לעיניים של מי אנחנו רואים את האירועים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עלילה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רצף האירועים בסיפור והקשר של סיבה ותוצאה ביניהם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תפנית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רגע בעלילה שבו המצב משתנה באופן מפתיע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שיא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הרגע המתוח ביותר בעלילה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דימוי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השוואה בין שני דברים בעזרת מילת השוואה: כמו, כ־, דומה ל־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מטפורה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השוואה בלי מילת השוואה: דבר אחד נאמר כאילו הוא דבר אחר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האנשה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מתן תכונות של בני אדם לדבר שאינו אדם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חזרה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מילה, משפט או אירוע שחוזרים כדי להדגיש ולבנות קצב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פזמון חוזר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שורה או בית שחוזרים בשיר או בבלדה שוב ושוב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חריזה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צלילים זהים בסופי שורות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משקל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קצב קבוע של הברות מוטעמות ולא מוטעמות בשורת שיר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בית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קבוצת שורות בשיר, כמו פסקה בסיפור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דובר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הקול שמדבר בשיר (לא תמיד המשורר עצמו)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בלדה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שיר עלילתי קצר, דרמטי, לרוב עם דיאלוג, חזרות וסוף טרגי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רומנסה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שיר עלילתי עממי, לרוב על אהבה או גבורה, קליל יותר מהבלדה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סיפור עם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סיפור שעבר מפה לאוזן בין דורות, בלי מחבר ידוע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מוסר השכל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הלקח שהסיפור מבקש ללמד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סמל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דבר מוחשי שמייצג רעיון גדול ממנו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ניגוד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העמדה זה מול זה של דברים הפוכים כדי להבליט אותם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אירוניה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פער בין מה שנאמר או מצופה לבין מה שקורה באמת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דיאלוג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שיחה בין דמויות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פער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מידע שהיצירה לא מספרת, והקוראים משלימים בעצמם</w:t>
            </w:r>
          </w:p>
        </w:tc>
      </w:tr>
    </w:tbl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